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3FA0"/>
          <w:sz w:val="60"/>
        </w:rPr>
        <w:t>Stundenplan</w:t>
      </w:r>
    </w:p>
    <w:p>
      <w:r>
        <w:rPr>
          <w:color w:val="7A8292"/>
          <w:sz w:val="18"/>
        </w:rPr>
        <w:t xml:space="preserve">Name </w:t>
      </w:r>
      <w:r>
        <w:rPr>
          <w:color w:val="C9CED8"/>
        </w:rPr>
        <w:t xml:space="preserve">__________________________________     </w:t>
      </w:r>
      <w:r>
        <w:rPr>
          <w:color w:val="7A8292"/>
          <w:sz w:val="18"/>
        </w:rPr>
        <w:t xml:space="preserve">Schule </w:t>
      </w:r>
      <w:r>
        <w:rPr>
          <w:color w:val="C9CED8"/>
        </w:rPr>
        <w:t xml:space="preserve">______________________________     </w:t>
      </w:r>
      <w:r>
        <w:rPr>
          <w:color w:val="7A8292"/>
          <w:sz w:val="18"/>
        </w:rPr>
        <w:t xml:space="preserve">Klasse </w:t>
      </w:r>
      <w:r>
        <w:rPr>
          <w:color w:val="C9CED8"/>
        </w:rPr>
        <w:t xml:space="preserve">__________     </w:t>
      </w:r>
      <w:r>
        <w:rPr>
          <w:color w:val="7A8292"/>
          <w:sz w:val="18"/>
        </w:rPr>
        <w:t xml:space="preserve">Schuljahr </w:t>
      </w:r>
      <w:r>
        <w:rPr>
          <w:color w:val="C9CED8"/>
        </w:rPr>
        <w:t xml:space="preserve">____________    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EE7"/>
          <w:left w:val="single" w:sz="6" w:color="D9DEE7"/>
          <w:bottom w:val="single" w:sz="6" w:color="D9DEE7"/>
          <w:right w:val="single" w:sz="6" w:color="D9DEE7"/>
          <w:insideH w:val="single" w:sz="6" w:color="D9DEE7"/>
          <w:insideV w:val="single" w:sz="6" w:color="D9DEE7"/>
        </w:tblBorders>
        <w:tblCellMar>
          <w:top w:w="85" w:type="dxa"/>
          <w:bottom w:w="85" w:type="dxa"/>
        </w:tblCellMar>
      </w:tblPr>
      <w:tblGrid>
        <w:gridCol w:w="1644"/>
        <w:gridCol w:w="2801"/>
        <w:gridCol w:w="2801"/>
        <w:gridCol w:w="2801"/>
        <w:gridCol w:w="2801"/>
        <w:gridCol w:w="2801"/>
      </w:tblGrid>
      <w:tr>
        <w:trPr>
          <w:trHeight w:val="510"/>
        </w:trPr>
        <w:tc>
          <w:tcPr>
            <w:tcW w:type="dxa" w:w="1644"/>
            <w:vAlign w:val="center"/>
            <w:shd w:val="clear" w:color="auto" w:fill="EEF1F6"/>
          </w:tcPr>
          <w:p>
            <w:pPr>
              <w:jc w:val="center"/>
            </w:pPr>
            <w:r>
              <w:rPr>
                <w:b/>
                <w:color w:val="4B5363"/>
              </w:rPr>
              <w:t>Zeit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Montag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Dienstag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Mittwoch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Donnerstag</w:t>
            </w:r>
          </w:p>
        </w:tc>
        <w:tc>
          <w:tcPr>
            <w:tcW w:type="dxa" w:w="2801"/>
            <w:vAlign w:val="center"/>
            <w:shd w:val="clear" w:color="auto" w:fill="1D3FA0"/>
          </w:tcPr>
          <w:p>
            <w:pPr>
              <w:jc w:val="center"/>
            </w:pPr>
            <w:r>
              <w:rPr>
                <w:b/>
                <w:color w:val="FFFFFF"/>
              </w:rPr>
              <w:t>Freitag</w:t>
            </w:r>
          </w:p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08:00 – 08:45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08:50 – 09:35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397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09:35 – 09:55</w:t>
            </w:r>
          </w:p>
        </w:tc>
        <w:tc>
          <w:tcPr>
            <w:tcW w:type="dxa" w:w="14005"/>
            <w:gridSpan w:val="5"/>
            <w:vAlign w:val="center"/>
            <w:shd w:val="clear" w:color="auto" w:fill="F7F8FB"/>
          </w:tcPr>
          <w:p>
            <w:pPr>
              <w:jc w:val="center"/>
            </w:pPr>
            <w:r>
              <w:rPr>
                <w:i/>
                <w:color w:val="7A8292"/>
                <w:sz w:val="18"/>
              </w:rPr>
              <w:t>Pause</w:t>
            </w:r>
          </w:p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09:55 – 10:40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10:45 – 11:30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397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11:30 – 11:50</w:t>
            </w:r>
          </w:p>
        </w:tc>
        <w:tc>
          <w:tcPr>
            <w:tcW w:type="dxa" w:w="14005"/>
            <w:gridSpan w:val="5"/>
            <w:vAlign w:val="center"/>
            <w:shd w:val="clear" w:color="auto" w:fill="F7F8FB"/>
          </w:tcPr>
          <w:p>
            <w:pPr>
              <w:jc w:val="center"/>
            </w:pPr>
            <w:r>
              <w:rPr>
                <w:i/>
                <w:color w:val="7A8292"/>
                <w:sz w:val="18"/>
              </w:rPr>
              <w:t>Pause</w:t>
            </w:r>
          </w:p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11:50 – 12:35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12:40 – 13:25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13:30 – 14:15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  <w:tr>
        <w:trPr>
          <w:trHeight w:val="709"/>
        </w:trPr>
        <w:tc>
          <w:tcPr>
            <w:tcW w:type="dxa" w:w="1644"/>
            <w:vAlign w:val="center"/>
            <w:shd w:val="clear" w:color="auto" w:fill="F2F4F7"/>
          </w:tcPr>
          <w:p>
            <w:pPr>
              <w:jc w:val="center"/>
            </w:pPr>
            <w:r>
              <w:rPr>
                <w:b w:val="0"/>
                <w:color w:val="4B5363"/>
                <w:sz w:val="18"/>
              </w:rPr>
              <w:t>14:20 – 15:05</w:t>
            </w:r>
          </w:p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  <w:tc>
          <w:tcPr>
            <w:tcW w:type="dxa" w:w="2801"/>
            <w:vAlign w:val="center"/>
          </w:tcPr>
          <w:p/>
        </w:tc>
      </w:tr>
    </w:tbl>
    <w:p>
      <w:pPr>
        <w:jc w:val="right"/>
      </w:pPr>
      <w:r>
        <w:rPr>
          <w:color w:val="9AA1AE"/>
          <w:sz w:val="16"/>
        </w:rPr>
        <w:t>Online ausfüllen und als PDF speichern: stundenplan-ersteller.de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Stundenplan Vorlage</dc:title>
  <dc:subject/>
  <dc:creator>stundenplan-ersteller.de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