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D3FA0"/>
          <w:sz w:val="60"/>
        </w:rPr>
        <w:t>Stundenplan</w:t>
      </w:r>
    </w:p>
    <w:p>
      <w:r>
        <w:rPr>
          <w:color w:val="7A8292"/>
          <w:sz w:val="18"/>
        </w:rPr>
        <w:t xml:space="preserve">Name </w:t>
      </w:r>
      <w:r>
        <w:rPr>
          <w:color w:val="C9CED8"/>
        </w:rPr>
        <w:t xml:space="preserve">__________________________________     </w:t>
      </w:r>
      <w:r>
        <w:rPr>
          <w:color w:val="7A8292"/>
          <w:sz w:val="18"/>
        </w:rPr>
        <w:t xml:space="preserve">Schule </w:t>
      </w:r>
      <w:r>
        <w:rPr>
          <w:color w:val="C9CED8"/>
        </w:rPr>
        <w:t xml:space="preserve">______________________________     </w:t>
      </w:r>
      <w:r>
        <w:rPr>
          <w:color w:val="7A8292"/>
          <w:sz w:val="18"/>
        </w:rPr>
        <w:t xml:space="preserve">Klasse </w:t>
      </w:r>
      <w:r>
        <w:rPr>
          <w:color w:val="C9CED8"/>
        </w:rPr>
        <w:t xml:space="preserve">__________     </w:t>
      </w:r>
      <w:r>
        <w:rPr>
          <w:color w:val="7A8292"/>
          <w:sz w:val="18"/>
        </w:rPr>
        <w:t xml:space="preserve">Schuljahr </w:t>
      </w:r>
      <w:r>
        <w:rPr>
          <w:color w:val="C9CED8"/>
        </w:rPr>
        <w:t xml:space="preserve">____________    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EE7"/>
          <w:left w:val="single" w:sz="6" w:color="D9DEE7"/>
          <w:bottom w:val="single" w:sz="6" w:color="D9DEE7"/>
          <w:right w:val="single" w:sz="6" w:color="D9DEE7"/>
          <w:insideH w:val="single" w:sz="6" w:color="D9DEE7"/>
          <w:insideV w:val="single" w:sz="6" w:color="D9DEE7"/>
        </w:tblBorders>
        <w:tblCellMar>
          <w:top w:w="85" w:type="dxa"/>
          <w:bottom w:w="85" w:type="dxa"/>
        </w:tblCellMar>
      </w:tblPr>
      <w:tblGrid>
        <w:gridCol w:w="1644"/>
        <w:gridCol w:w="2801"/>
        <w:gridCol w:w="2801"/>
        <w:gridCol w:w="2801"/>
        <w:gridCol w:w="2801"/>
        <w:gridCol w:w="2801"/>
      </w:tblGrid>
      <w:tr>
        <w:trPr>
          <w:trHeight w:val="510"/>
        </w:trPr>
        <w:tc>
          <w:tcPr>
            <w:tcW w:type="dxa" w:w="1644"/>
            <w:vAlign w:val="center"/>
            <w:shd w:val="clear" w:color="auto" w:fill="EEF1F6"/>
          </w:tcPr>
          <w:p>
            <w:pPr>
              <w:jc w:val="center"/>
            </w:pPr>
            <w:r>
              <w:rPr>
                <w:b/>
                <w:color w:val="4B5363"/>
              </w:rPr>
              <w:t>Zeit</w:t>
            </w:r>
          </w:p>
        </w:tc>
        <w:tc>
          <w:tcPr>
            <w:tcW w:type="dxa" w:w="2801"/>
            <w:vAlign w:val="center"/>
            <w:shd w:val="clear" w:color="auto" w:fill="1D3FA0"/>
          </w:tcPr>
          <w:p>
            <w:pPr>
              <w:jc w:val="center"/>
            </w:pPr>
            <w:r>
              <w:rPr>
                <w:b/>
                <w:color w:val="FFFFFF"/>
              </w:rPr>
              <w:t>Montag</w:t>
            </w:r>
          </w:p>
        </w:tc>
        <w:tc>
          <w:tcPr>
            <w:tcW w:type="dxa" w:w="2801"/>
            <w:vAlign w:val="center"/>
            <w:shd w:val="clear" w:color="auto" w:fill="1D3FA0"/>
          </w:tcPr>
          <w:p>
            <w:pPr>
              <w:jc w:val="center"/>
            </w:pPr>
            <w:r>
              <w:rPr>
                <w:b/>
                <w:color w:val="FFFFFF"/>
              </w:rPr>
              <w:t>Dienstag</w:t>
            </w:r>
          </w:p>
        </w:tc>
        <w:tc>
          <w:tcPr>
            <w:tcW w:type="dxa" w:w="2801"/>
            <w:vAlign w:val="center"/>
            <w:shd w:val="clear" w:color="auto" w:fill="1D3FA0"/>
          </w:tcPr>
          <w:p>
            <w:pPr>
              <w:jc w:val="center"/>
            </w:pPr>
            <w:r>
              <w:rPr>
                <w:b/>
                <w:color w:val="FFFFFF"/>
              </w:rPr>
              <w:t>Mittwoch</w:t>
            </w:r>
          </w:p>
        </w:tc>
        <w:tc>
          <w:tcPr>
            <w:tcW w:type="dxa" w:w="2801"/>
            <w:vAlign w:val="center"/>
            <w:shd w:val="clear" w:color="auto" w:fill="1D3FA0"/>
          </w:tcPr>
          <w:p>
            <w:pPr>
              <w:jc w:val="center"/>
            </w:pPr>
            <w:r>
              <w:rPr>
                <w:b/>
                <w:color w:val="FFFFFF"/>
              </w:rPr>
              <w:t>Donnerstag</w:t>
            </w:r>
          </w:p>
        </w:tc>
        <w:tc>
          <w:tcPr>
            <w:tcW w:type="dxa" w:w="2801"/>
            <w:vAlign w:val="center"/>
            <w:shd w:val="clear" w:color="auto" w:fill="1D3FA0"/>
          </w:tcPr>
          <w:p>
            <w:pPr>
              <w:jc w:val="center"/>
            </w:pPr>
            <w:r>
              <w:rPr>
                <w:b/>
                <w:color w:val="FFFFFF"/>
              </w:rPr>
              <w:t>Freitag</w:t>
            </w:r>
          </w:p>
        </w:tc>
      </w:tr>
      <w:tr>
        <w:trPr>
          <w:trHeight w:val="709"/>
        </w:trPr>
        <w:tc>
          <w:tcPr>
            <w:tcW w:type="dxa" w:w="1644"/>
            <w:vAlign w:val="center"/>
            <w:shd w:val="clear" w:color="auto" w:fill="F2F4F7"/>
          </w:tcPr>
          <w:p>
            <w:pPr>
              <w:jc w:val="center"/>
            </w:pPr>
            <w:r>
              <w:rPr>
                <w:b/>
                <w:color w:val="4B5363"/>
                <w:sz w:val="18"/>
              </w:rPr>
              <w:t>1.</w:t>
            </w:r>
          </w:p>
        </w:tc>
        <w:tc>
          <w:tcPr>
            <w:tcW w:type="dxa" w:w="2801"/>
            <w:vAlign w:val="center"/>
          </w:tcPr>
          <w:p/>
        </w:tc>
        <w:tc>
          <w:tcPr>
            <w:tcW w:type="dxa" w:w="2801"/>
            <w:vAlign w:val="center"/>
          </w:tcPr>
          <w:p/>
        </w:tc>
        <w:tc>
          <w:tcPr>
            <w:tcW w:type="dxa" w:w="2801"/>
            <w:vAlign w:val="center"/>
          </w:tcPr>
          <w:p/>
        </w:tc>
        <w:tc>
          <w:tcPr>
            <w:tcW w:type="dxa" w:w="2801"/>
            <w:vAlign w:val="center"/>
          </w:tcPr>
          <w:p/>
        </w:tc>
        <w:tc>
          <w:tcPr>
            <w:tcW w:type="dxa" w:w="2801"/>
            <w:vAlign w:val="center"/>
          </w:tcPr>
          <w:p/>
        </w:tc>
      </w:tr>
      <w:tr>
        <w:trPr>
          <w:trHeight w:val="709"/>
        </w:trPr>
        <w:tc>
          <w:tcPr>
            <w:tcW w:type="dxa" w:w="1644"/>
            <w:vAlign w:val="center"/>
            <w:shd w:val="clear" w:color="auto" w:fill="F2F4F7"/>
          </w:tcPr>
          <w:p>
            <w:pPr>
              <w:jc w:val="center"/>
            </w:pPr>
            <w:r>
              <w:rPr>
                <w:b/>
                <w:color w:val="4B5363"/>
                <w:sz w:val="18"/>
              </w:rPr>
              <w:t>2.</w:t>
            </w:r>
          </w:p>
        </w:tc>
        <w:tc>
          <w:tcPr>
            <w:tcW w:type="dxa" w:w="2801"/>
            <w:vAlign w:val="center"/>
          </w:tcPr>
          <w:p/>
        </w:tc>
        <w:tc>
          <w:tcPr>
            <w:tcW w:type="dxa" w:w="2801"/>
            <w:vAlign w:val="center"/>
          </w:tcPr>
          <w:p/>
        </w:tc>
        <w:tc>
          <w:tcPr>
            <w:tcW w:type="dxa" w:w="2801"/>
            <w:vAlign w:val="center"/>
          </w:tcPr>
          <w:p/>
        </w:tc>
        <w:tc>
          <w:tcPr>
            <w:tcW w:type="dxa" w:w="2801"/>
            <w:vAlign w:val="center"/>
          </w:tcPr>
          <w:p/>
        </w:tc>
        <w:tc>
          <w:tcPr>
            <w:tcW w:type="dxa" w:w="2801"/>
            <w:vAlign w:val="center"/>
          </w:tcPr>
          <w:p/>
        </w:tc>
      </w:tr>
      <w:tr>
        <w:trPr>
          <w:trHeight w:val="709"/>
        </w:trPr>
        <w:tc>
          <w:tcPr>
            <w:tcW w:type="dxa" w:w="1644"/>
            <w:vAlign w:val="center"/>
            <w:shd w:val="clear" w:color="auto" w:fill="F2F4F7"/>
          </w:tcPr>
          <w:p>
            <w:pPr>
              <w:jc w:val="center"/>
            </w:pPr>
            <w:r>
              <w:rPr>
                <w:b/>
                <w:color w:val="4B5363"/>
                <w:sz w:val="18"/>
              </w:rPr>
              <w:t>3.</w:t>
            </w:r>
          </w:p>
        </w:tc>
        <w:tc>
          <w:tcPr>
            <w:tcW w:type="dxa" w:w="2801"/>
            <w:vAlign w:val="center"/>
          </w:tcPr>
          <w:p/>
        </w:tc>
        <w:tc>
          <w:tcPr>
            <w:tcW w:type="dxa" w:w="2801"/>
            <w:vAlign w:val="center"/>
          </w:tcPr>
          <w:p/>
        </w:tc>
        <w:tc>
          <w:tcPr>
            <w:tcW w:type="dxa" w:w="2801"/>
            <w:vAlign w:val="center"/>
          </w:tcPr>
          <w:p/>
        </w:tc>
        <w:tc>
          <w:tcPr>
            <w:tcW w:type="dxa" w:w="2801"/>
            <w:vAlign w:val="center"/>
          </w:tcPr>
          <w:p/>
        </w:tc>
        <w:tc>
          <w:tcPr>
            <w:tcW w:type="dxa" w:w="2801"/>
            <w:vAlign w:val="center"/>
          </w:tcPr>
          <w:p/>
        </w:tc>
      </w:tr>
      <w:tr>
        <w:trPr>
          <w:trHeight w:val="709"/>
        </w:trPr>
        <w:tc>
          <w:tcPr>
            <w:tcW w:type="dxa" w:w="1644"/>
            <w:vAlign w:val="center"/>
            <w:shd w:val="clear" w:color="auto" w:fill="F2F4F7"/>
          </w:tcPr>
          <w:p>
            <w:pPr>
              <w:jc w:val="center"/>
            </w:pPr>
            <w:r>
              <w:rPr>
                <w:b/>
                <w:color w:val="4B5363"/>
                <w:sz w:val="18"/>
              </w:rPr>
              <w:t>4.</w:t>
            </w:r>
          </w:p>
        </w:tc>
        <w:tc>
          <w:tcPr>
            <w:tcW w:type="dxa" w:w="2801"/>
            <w:vAlign w:val="center"/>
          </w:tcPr>
          <w:p/>
        </w:tc>
        <w:tc>
          <w:tcPr>
            <w:tcW w:type="dxa" w:w="2801"/>
            <w:vAlign w:val="center"/>
          </w:tcPr>
          <w:p/>
        </w:tc>
        <w:tc>
          <w:tcPr>
            <w:tcW w:type="dxa" w:w="2801"/>
            <w:vAlign w:val="center"/>
          </w:tcPr>
          <w:p/>
        </w:tc>
        <w:tc>
          <w:tcPr>
            <w:tcW w:type="dxa" w:w="2801"/>
            <w:vAlign w:val="center"/>
          </w:tcPr>
          <w:p/>
        </w:tc>
        <w:tc>
          <w:tcPr>
            <w:tcW w:type="dxa" w:w="2801"/>
            <w:vAlign w:val="center"/>
          </w:tcPr>
          <w:p/>
        </w:tc>
      </w:tr>
      <w:tr>
        <w:trPr>
          <w:trHeight w:val="709"/>
        </w:trPr>
        <w:tc>
          <w:tcPr>
            <w:tcW w:type="dxa" w:w="1644"/>
            <w:vAlign w:val="center"/>
            <w:shd w:val="clear" w:color="auto" w:fill="F2F4F7"/>
          </w:tcPr>
          <w:p>
            <w:pPr>
              <w:jc w:val="center"/>
            </w:pPr>
            <w:r>
              <w:rPr>
                <w:b/>
                <w:color w:val="4B5363"/>
                <w:sz w:val="18"/>
              </w:rPr>
              <w:t>5.</w:t>
            </w:r>
          </w:p>
        </w:tc>
        <w:tc>
          <w:tcPr>
            <w:tcW w:type="dxa" w:w="2801"/>
            <w:vAlign w:val="center"/>
          </w:tcPr>
          <w:p/>
        </w:tc>
        <w:tc>
          <w:tcPr>
            <w:tcW w:type="dxa" w:w="2801"/>
            <w:vAlign w:val="center"/>
          </w:tcPr>
          <w:p/>
        </w:tc>
        <w:tc>
          <w:tcPr>
            <w:tcW w:type="dxa" w:w="2801"/>
            <w:vAlign w:val="center"/>
          </w:tcPr>
          <w:p/>
        </w:tc>
        <w:tc>
          <w:tcPr>
            <w:tcW w:type="dxa" w:w="2801"/>
            <w:vAlign w:val="center"/>
          </w:tcPr>
          <w:p/>
        </w:tc>
        <w:tc>
          <w:tcPr>
            <w:tcW w:type="dxa" w:w="2801"/>
            <w:vAlign w:val="center"/>
          </w:tcPr>
          <w:p/>
        </w:tc>
      </w:tr>
      <w:tr>
        <w:trPr>
          <w:trHeight w:val="709"/>
        </w:trPr>
        <w:tc>
          <w:tcPr>
            <w:tcW w:type="dxa" w:w="1644"/>
            <w:vAlign w:val="center"/>
            <w:shd w:val="clear" w:color="auto" w:fill="F2F4F7"/>
          </w:tcPr>
          <w:p>
            <w:pPr>
              <w:jc w:val="center"/>
            </w:pPr>
            <w:r>
              <w:rPr>
                <w:b/>
                <w:color w:val="4B5363"/>
                <w:sz w:val="18"/>
              </w:rPr>
              <w:t>6.</w:t>
            </w:r>
          </w:p>
        </w:tc>
        <w:tc>
          <w:tcPr>
            <w:tcW w:type="dxa" w:w="2801"/>
            <w:vAlign w:val="center"/>
          </w:tcPr>
          <w:p/>
        </w:tc>
        <w:tc>
          <w:tcPr>
            <w:tcW w:type="dxa" w:w="2801"/>
            <w:vAlign w:val="center"/>
          </w:tcPr>
          <w:p/>
        </w:tc>
        <w:tc>
          <w:tcPr>
            <w:tcW w:type="dxa" w:w="2801"/>
            <w:vAlign w:val="center"/>
          </w:tcPr>
          <w:p/>
        </w:tc>
        <w:tc>
          <w:tcPr>
            <w:tcW w:type="dxa" w:w="2801"/>
            <w:vAlign w:val="center"/>
          </w:tcPr>
          <w:p/>
        </w:tc>
        <w:tc>
          <w:tcPr>
            <w:tcW w:type="dxa" w:w="2801"/>
            <w:vAlign w:val="center"/>
          </w:tcPr>
          <w:p/>
        </w:tc>
      </w:tr>
      <w:tr>
        <w:trPr>
          <w:trHeight w:val="709"/>
        </w:trPr>
        <w:tc>
          <w:tcPr>
            <w:tcW w:type="dxa" w:w="1644"/>
            <w:vAlign w:val="center"/>
            <w:shd w:val="clear" w:color="auto" w:fill="F2F4F7"/>
          </w:tcPr>
          <w:p>
            <w:pPr>
              <w:jc w:val="center"/>
            </w:pPr>
            <w:r>
              <w:rPr>
                <w:b/>
                <w:color w:val="4B5363"/>
                <w:sz w:val="18"/>
              </w:rPr>
              <w:t>7.</w:t>
            </w:r>
          </w:p>
        </w:tc>
        <w:tc>
          <w:tcPr>
            <w:tcW w:type="dxa" w:w="2801"/>
            <w:vAlign w:val="center"/>
          </w:tcPr>
          <w:p/>
        </w:tc>
        <w:tc>
          <w:tcPr>
            <w:tcW w:type="dxa" w:w="2801"/>
            <w:vAlign w:val="center"/>
          </w:tcPr>
          <w:p/>
        </w:tc>
        <w:tc>
          <w:tcPr>
            <w:tcW w:type="dxa" w:w="2801"/>
            <w:vAlign w:val="center"/>
          </w:tcPr>
          <w:p/>
        </w:tc>
        <w:tc>
          <w:tcPr>
            <w:tcW w:type="dxa" w:w="2801"/>
            <w:vAlign w:val="center"/>
          </w:tcPr>
          <w:p/>
        </w:tc>
        <w:tc>
          <w:tcPr>
            <w:tcW w:type="dxa" w:w="2801"/>
            <w:vAlign w:val="center"/>
          </w:tcPr>
          <w:p/>
        </w:tc>
      </w:tr>
      <w:tr>
        <w:trPr>
          <w:trHeight w:val="709"/>
        </w:trPr>
        <w:tc>
          <w:tcPr>
            <w:tcW w:type="dxa" w:w="1644"/>
            <w:vAlign w:val="center"/>
            <w:shd w:val="clear" w:color="auto" w:fill="F2F4F7"/>
          </w:tcPr>
          <w:p>
            <w:pPr>
              <w:jc w:val="center"/>
            </w:pPr>
            <w:r>
              <w:rPr>
                <w:b/>
                <w:color w:val="4B5363"/>
                <w:sz w:val="18"/>
              </w:rPr>
              <w:t>8.</w:t>
            </w:r>
          </w:p>
        </w:tc>
        <w:tc>
          <w:tcPr>
            <w:tcW w:type="dxa" w:w="2801"/>
            <w:vAlign w:val="center"/>
          </w:tcPr>
          <w:p/>
        </w:tc>
        <w:tc>
          <w:tcPr>
            <w:tcW w:type="dxa" w:w="2801"/>
            <w:vAlign w:val="center"/>
          </w:tcPr>
          <w:p/>
        </w:tc>
        <w:tc>
          <w:tcPr>
            <w:tcW w:type="dxa" w:w="2801"/>
            <w:vAlign w:val="center"/>
          </w:tcPr>
          <w:p/>
        </w:tc>
        <w:tc>
          <w:tcPr>
            <w:tcW w:type="dxa" w:w="2801"/>
            <w:vAlign w:val="center"/>
          </w:tcPr>
          <w:p/>
        </w:tc>
        <w:tc>
          <w:tcPr>
            <w:tcW w:type="dxa" w:w="2801"/>
            <w:vAlign w:val="center"/>
          </w:tcPr>
          <w:p/>
        </w:tc>
      </w:tr>
      <w:tr>
        <w:trPr>
          <w:trHeight w:val="709"/>
        </w:trPr>
        <w:tc>
          <w:tcPr>
            <w:tcW w:type="dxa" w:w="1644"/>
            <w:vAlign w:val="center"/>
            <w:shd w:val="clear" w:color="auto" w:fill="F2F4F7"/>
          </w:tcPr>
          <w:p>
            <w:pPr>
              <w:jc w:val="center"/>
            </w:pPr>
            <w:r>
              <w:rPr>
                <w:b/>
                <w:color w:val="4B5363"/>
                <w:sz w:val="18"/>
              </w:rPr>
              <w:t>9.</w:t>
            </w:r>
          </w:p>
        </w:tc>
        <w:tc>
          <w:tcPr>
            <w:tcW w:type="dxa" w:w="2801"/>
            <w:vAlign w:val="center"/>
          </w:tcPr>
          <w:p/>
        </w:tc>
        <w:tc>
          <w:tcPr>
            <w:tcW w:type="dxa" w:w="2801"/>
            <w:vAlign w:val="center"/>
          </w:tcPr>
          <w:p/>
        </w:tc>
        <w:tc>
          <w:tcPr>
            <w:tcW w:type="dxa" w:w="2801"/>
            <w:vAlign w:val="center"/>
          </w:tcPr>
          <w:p/>
        </w:tc>
        <w:tc>
          <w:tcPr>
            <w:tcW w:type="dxa" w:w="2801"/>
            <w:vAlign w:val="center"/>
          </w:tcPr>
          <w:p/>
        </w:tc>
        <w:tc>
          <w:tcPr>
            <w:tcW w:type="dxa" w:w="2801"/>
            <w:vAlign w:val="center"/>
          </w:tcPr>
          <w:p/>
        </w:tc>
      </w:tr>
      <w:tr>
        <w:trPr>
          <w:trHeight w:val="709"/>
        </w:trPr>
        <w:tc>
          <w:tcPr>
            <w:tcW w:type="dxa" w:w="1644"/>
            <w:vAlign w:val="center"/>
            <w:shd w:val="clear" w:color="auto" w:fill="F2F4F7"/>
          </w:tcPr>
          <w:p>
            <w:pPr>
              <w:jc w:val="center"/>
            </w:pPr>
            <w:r>
              <w:rPr>
                <w:b/>
                <w:color w:val="4B5363"/>
                <w:sz w:val="18"/>
              </w:rPr>
              <w:t>10.</w:t>
            </w:r>
          </w:p>
        </w:tc>
        <w:tc>
          <w:tcPr>
            <w:tcW w:type="dxa" w:w="2801"/>
            <w:vAlign w:val="center"/>
          </w:tcPr>
          <w:p/>
        </w:tc>
        <w:tc>
          <w:tcPr>
            <w:tcW w:type="dxa" w:w="2801"/>
            <w:vAlign w:val="center"/>
          </w:tcPr>
          <w:p/>
        </w:tc>
        <w:tc>
          <w:tcPr>
            <w:tcW w:type="dxa" w:w="2801"/>
            <w:vAlign w:val="center"/>
          </w:tcPr>
          <w:p/>
        </w:tc>
        <w:tc>
          <w:tcPr>
            <w:tcW w:type="dxa" w:w="2801"/>
            <w:vAlign w:val="center"/>
          </w:tcPr>
          <w:p/>
        </w:tc>
        <w:tc>
          <w:tcPr>
            <w:tcW w:type="dxa" w:w="2801"/>
            <w:vAlign w:val="center"/>
          </w:tcPr>
          <w:p/>
        </w:tc>
      </w:tr>
    </w:tbl>
    <w:p>
      <w:pPr>
        <w:jc w:val="right"/>
      </w:pPr>
      <w:r>
        <w:rPr>
          <w:color w:val="9AA1AE"/>
          <w:sz w:val="16"/>
        </w:rPr>
        <w:t>Online ausfüllen und als PDF speichern: stundenplan-ersteller.de</w:t>
      </w:r>
    </w:p>
    <w:sectPr w:rsidR="00FC693F" w:rsidRPr="0006063C" w:rsidSect="00034616">
      <w:pgSz w:w="16838" w:h="11906" w:orient="landscape"/>
      <w:pgMar w:top="737" w:right="737" w:bottom="737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Stundenplan Vorlage</dc:title>
  <dc:subject/>
  <dc:creator>stundenplan-ersteller.de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